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906EC" w14:textId="77777777" w:rsidR="00212D62" w:rsidRDefault="00000000">
      <w:pPr>
        <w:spacing w:after="0"/>
        <w:jc w:val="center"/>
      </w:pPr>
      <w:r>
        <w:rPr>
          <w:b/>
          <w:sz w:val="22"/>
        </w:rPr>
        <w:t>SVEUČILIŠTE U ZAGREBU</w:t>
      </w:r>
    </w:p>
    <w:p w14:paraId="6BEB63C6" w14:textId="77777777" w:rsidR="00212D62" w:rsidRDefault="00000000">
      <w:pPr>
        <w:spacing w:after="0"/>
        <w:jc w:val="center"/>
      </w:pPr>
      <w:r>
        <w:rPr>
          <w:b/>
          <w:sz w:val="28"/>
        </w:rPr>
        <w:t>AKADEMIJA LIKOVNIH UMJETNOSTI</w:t>
      </w:r>
    </w:p>
    <w:p w14:paraId="405F8D2E" w14:textId="77777777" w:rsidR="00212D62" w:rsidRDefault="00000000">
      <w:pPr>
        <w:jc w:val="center"/>
      </w:pPr>
      <w:r>
        <w:rPr>
          <w:b/>
          <w:sz w:val="22"/>
        </w:rPr>
        <w:t>SLIKARSKI ODSJEK</w:t>
      </w:r>
    </w:p>
    <w:p w14:paraId="2CB7E711" w14:textId="77777777" w:rsidR="00212D62" w:rsidRDefault="00212D62">
      <w:pPr>
        <w:pBdr>
          <w:bottom w:val="single" w:sz="10" w:space="1" w:color="000000"/>
        </w:pBdr>
        <w:spacing w:after="220"/>
      </w:pPr>
    </w:p>
    <w:p w14:paraId="26284A59" w14:textId="77777777" w:rsidR="00212D62" w:rsidRDefault="00000000">
      <w:pPr>
        <w:spacing w:after="80"/>
        <w:jc w:val="center"/>
      </w:pPr>
      <w:r>
        <w:rPr>
          <w:b/>
          <w:sz w:val="30"/>
        </w:rPr>
        <w:t>OBRAZAC ZA ISKAZIVANJE REDOSLIJEDA</w:t>
      </w:r>
      <w:r>
        <w:rPr>
          <w:b/>
          <w:sz w:val="30"/>
        </w:rPr>
        <w:br/>
        <w:t>PREFERENCIJA MENTORA</w:t>
      </w:r>
    </w:p>
    <w:p w14:paraId="72B903A2" w14:textId="77777777" w:rsidR="00212D62" w:rsidRDefault="00000000">
      <w:pPr>
        <w:spacing w:after="280"/>
        <w:jc w:val="center"/>
      </w:pPr>
      <w:r>
        <w:rPr>
          <w:i/>
        </w:rPr>
        <w:t>za prijavu na sveučilišni diplomski studij Slikarstvo (dvogodišnji)</w:t>
      </w:r>
    </w:p>
    <w:tbl>
      <w:tblPr>
        <w:tblW w:w="0" w:type="auto"/>
        <w:jc w:val="center"/>
        <w:tblBorders>
          <w:top w:val="single" w:sz="5" w:space="0" w:color="888888"/>
          <w:left w:val="single" w:sz="5" w:space="0" w:color="888888"/>
          <w:bottom w:val="single" w:sz="5" w:space="0" w:color="888888"/>
          <w:right w:val="single" w:sz="5" w:space="0" w:color="888888"/>
          <w:insideH w:val="single" w:sz="5" w:space="0" w:color="888888"/>
          <w:insideV w:val="single" w:sz="5" w:space="0" w:color="888888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212D62" w14:paraId="346C2F20" w14:textId="77777777">
        <w:trPr>
          <w:trHeight w:val="482"/>
          <w:jc w:val="center"/>
        </w:trPr>
        <w:tc>
          <w:tcPr>
            <w:tcW w:w="498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CD4CBF" w14:textId="77777777" w:rsidR="00212D62" w:rsidRDefault="00000000">
            <w:r>
              <w:rPr>
                <w:b/>
                <w:sz w:val="19"/>
              </w:rPr>
              <w:t>Ime i prezime pristupnika/ce:</w:t>
            </w:r>
          </w:p>
        </w:tc>
        <w:tc>
          <w:tcPr>
            <w:tcW w:w="498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060EA1" w14:textId="77777777" w:rsidR="00212D62" w:rsidRDefault="00212D62"/>
        </w:tc>
      </w:tr>
      <w:tr w:rsidR="00212D62" w14:paraId="79CBF093" w14:textId="77777777">
        <w:trPr>
          <w:trHeight w:val="482"/>
          <w:jc w:val="center"/>
        </w:trPr>
        <w:tc>
          <w:tcPr>
            <w:tcW w:w="498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58A309" w14:textId="77777777" w:rsidR="00212D62" w:rsidRDefault="00000000">
            <w:r>
              <w:rPr>
                <w:b/>
                <w:sz w:val="19"/>
              </w:rPr>
              <w:t>Upis u akademsku godinu:</w:t>
            </w:r>
          </w:p>
        </w:tc>
        <w:tc>
          <w:tcPr>
            <w:tcW w:w="498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7363E4" w14:textId="77777777" w:rsidR="00212D62" w:rsidRDefault="00212D62"/>
        </w:tc>
      </w:tr>
    </w:tbl>
    <w:p w14:paraId="1FD933EF" w14:textId="77777777" w:rsidR="00212D62" w:rsidRDefault="00000000">
      <w:pPr>
        <w:spacing w:before="240" w:after="100"/>
      </w:pPr>
      <w:r>
        <w:rPr>
          <w:b/>
        </w:rPr>
        <w:t xml:space="preserve">Uputa: </w:t>
      </w:r>
      <w:r>
        <w:t>U tablicu upišite ime i prezime mentora prema redoslijedu svojih preferencija. Redni broj 1. označava prvi izbor, a redni broj 4. četvrti izbor.</w:t>
      </w:r>
    </w:p>
    <w:tbl>
      <w:tblPr>
        <w:tblW w:w="0" w:type="auto"/>
        <w:jc w:val="center"/>
        <w:tblBorders>
          <w:top w:val="single" w:sz="7" w:space="0" w:color="555555"/>
          <w:left w:val="single" w:sz="7" w:space="0" w:color="555555"/>
          <w:bottom w:val="single" w:sz="7" w:space="0" w:color="555555"/>
          <w:right w:val="single" w:sz="7" w:space="0" w:color="555555"/>
          <w:insideH w:val="single" w:sz="7" w:space="0" w:color="555555"/>
          <w:insideV w:val="single" w:sz="7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212D62" w14:paraId="7C8EE378" w14:textId="77777777">
        <w:trPr>
          <w:jc w:val="center"/>
        </w:trPr>
        <w:tc>
          <w:tcPr>
            <w:tcW w:w="4986" w:type="dxa"/>
            <w:shd w:val="clear" w:color="auto" w:fill="E7E7E7"/>
            <w:vAlign w:val="center"/>
          </w:tcPr>
          <w:p w14:paraId="6AAA2D77" w14:textId="77777777" w:rsidR="00212D62" w:rsidRDefault="00000000">
            <w:pPr>
              <w:jc w:val="center"/>
            </w:pPr>
            <w:r>
              <w:rPr>
                <w:b/>
                <w:sz w:val="19"/>
              </w:rPr>
              <w:t>Redoslijed preferencije</w:t>
            </w:r>
          </w:p>
        </w:tc>
        <w:tc>
          <w:tcPr>
            <w:tcW w:w="4986" w:type="dxa"/>
            <w:shd w:val="clear" w:color="auto" w:fill="E7E7E7"/>
            <w:vAlign w:val="center"/>
          </w:tcPr>
          <w:p w14:paraId="1D9F1FAD" w14:textId="77777777" w:rsidR="00212D62" w:rsidRDefault="00000000">
            <w:pPr>
              <w:jc w:val="center"/>
            </w:pPr>
            <w:r>
              <w:rPr>
                <w:b/>
                <w:sz w:val="19"/>
              </w:rPr>
              <w:t>Ime i prezime mentora</w:t>
            </w:r>
          </w:p>
        </w:tc>
      </w:tr>
      <w:tr w:rsidR="00212D62" w14:paraId="2E9224A1" w14:textId="77777777">
        <w:trPr>
          <w:trHeight w:val="652"/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B97892" w14:textId="77777777" w:rsidR="00212D62" w:rsidRDefault="00000000">
            <w:pPr>
              <w:jc w:val="center"/>
            </w:pPr>
            <w:r>
              <w:t>1.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5323D3" w14:textId="77777777" w:rsidR="00212D62" w:rsidRDefault="00212D62"/>
        </w:tc>
      </w:tr>
      <w:tr w:rsidR="00212D62" w14:paraId="22C32BA9" w14:textId="77777777">
        <w:trPr>
          <w:trHeight w:val="652"/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3F933" w14:textId="77777777" w:rsidR="00212D62" w:rsidRDefault="00000000">
            <w:pPr>
              <w:jc w:val="center"/>
            </w:pPr>
            <w:r>
              <w:t>2.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CBE2A8" w14:textId="77777777" w:rsidR="00212D62" w:rsidRDefault="00212D62"/>
        </w:tc>
      </w:tr>
      <w:tr w:rsidR="00212D62" w14:paraId="5C653527" w14:textId="77777777">
        <w:trPr>
          <w:trHeight w:val="652"/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6ECA10" w14:textId="77777777" w:rsidR="00212D62" w:rsidRDefault="00000000">
            <w:pPr>
              <w:jc w:val="center"/>
            </w:pPr>
            <w:r>
              <w:t>3.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4A8F39" w14:textId="77777777" w:rsidR="00212D62" w:rsidRDefault="00212D62"/>
        </w:tc>
      </w:tr>
      <w:tr w:rsidR="00212D62" w14:paraId="1F1D8444" w14:textId="77777777">
        <w:trPr>
          <w:trHeight w:val="652"/>
          <w:jc w:val="center"/>
        </w:trPr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B502E5" w14:textId="77777777" w:rsidR="00212D62" w:rsidRDefault="00000000">
            <w:pPr>
              <w:jc w:val="center"/>
            </w:pPr>
            <w:r>
              <w:t>4.</w:t>
            </w:r>
          </w:p>
        </w:tc>
        <w:tc>
          <w:tcPr>
            <w:tcW w:w="498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3CC9FC" w14:textId="77777777" w:rsidR="00212D62" w:rsidRDefault="00212D62"/>
        </w:tc>
      </w:tr>
    </w:tbl>
    <w:p w14:paraId="4A67F5A0" w14:textId="77777777" w:rsidR="00212D62" w:rsidRDefault="00000000">
      <w:pPr>
        <w:spacing w:before="200" w:after="240"/>
      </w:pPr>
      <w:r>
        <w:rPr>
          <w:b/>
        </w:rPr>
        <w:t>Napomena: Konačnu odluku o odabiru i raspodjeli kandidata donose mentori nakon pregleda prijavne dokumentacije i provedenog razredbenog postupka.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212D62" w14:paraId="5129842F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1146DB90" w14:textId="77777777" w:rsidR="00212D62" w:rsidRDefault="00000000">
            <w:pPr>
              <w:jc w:val="center"/>
            </w:pPr>
            <w:r>
              <w:t>U Zagrebu, __________________________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6661CE05" w14:textId="77777777" w:rsidR="00212D62" w:rsidRDefault="00000000">
            <w:pPr>
              <w:jc w:val="center"/>
            </w:pPr>
            <w:r>
              <w:t>__________________________________</w:t>
            </w:r>
          </w:p>
        </w:tc>
      </w:tr>
      <w:tr w:rsidR="00212D62" w14:paraId="3A5D8171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40C0EE45" w14:textId="77777777" w:rsidR="00212D62" w:rsidRDefault="00000000">
            <w:pPr>
              <w:jc w:val="center"/>
            </w:pPr>
            <w:r>
              <w:rPr>
                <w:i/>
                <w:sz w:val="17"/>
              </w:rPr>
              <w:t>datum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448195D2" w14:textId="77777777" w:rsidR="00212D62" w:rsidRDefault="00000000">
            <w:pPr>
              <w:jc w:val="center"/>
            </w:pPr>
            <w:r>
              <w:rPr>
                <w:i/>
                <w:sz w:val="17"/>
              </w:rPr>
              <w:t>potpis pristupnika/ce</w:t>
            </w:r>
          </w:p>
        </w:tc>
      </w:tr>
    </w:tbl>
    <w:p w14:paraId="303B91F6" w14:textId="77777777" w:rsidR="0048248F" w:rsidRDefault="0048248F"/>
    <w:sectPr w:rsidR="0048248F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5885E" w14:textId="77777777" w:rsidR="0048248F" w:rsidRDefault="0048248F">
      <w:pPr>
        <w:spacing w:after="0" w:line="240" w:lineRule="auto"/>
      </w:pPr>
      <w:r>
        <w:separator/>
      </w:r>
    </w:p>
  </w:endnote>
  <w:endnote w:type="continuationSeparator" w:id="0">
    <w:p w14:paraId="14C5EDEC" w14:textId="77777777" w:rsidR="0048248F" w:rsidRDefault="0048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F2A4" w14:textId="77777777" w:rsidR="00212D62" w:rsidRDefault="00000000">
    <w:pPr>
      <w:pStyle w:val="Podnoje"/>
      <w:jc w:val="center"/>
    </w:pPr>
    <w:r>
      <w:rPr>
        <w:sz w:val="16"/>
      </w:rPr>
      <w:t xml:space="preserve">Akademija likovnih umjetnosti </w:t>
    </w:r>
    <w:proofErr w:type="spellStart"/>
    <w:r>
      <w:rPr>
        <w:sz w:val="16"/>
      </w:rPr>
      <w:t>Sveučilišta</w:t>
    </w:r>
    <w:proofErr w:type="spellEnd"/>
    <w:r>
      <w:rPr>
        <w:sz w:val="16"/>
      </w:rPr>
      <w:t xml:space="preserve"> u </w:t>
    </w:r>
    <w:proofErr w:type="spellStart"/>
    <w:r>
      <w:rPr>
        <w:sz w:val="16"/>
      </w:rPr>
      <w:t>Zagrebu</w:t>
    </w:r>
    <w:proofErr w:type="spellEnd"/>
    <w:r>
      <w:rPr>
        <w:sz w:val="16"/>
      </w:rPr>
      <w:t xml:space="preserve"> · Ilica 85, 10000 Zagreb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BC6B1" w14:textId="77777777" w:rsidR="0048248F" w:rsidRDefault="0048248F">
      <w:pPr>
        <w:spacing w:after="0" w:line="240" w:lineRule="auto"/>
      </w:pPr>
      <w:r>
        <w:separator/>
      </w:r>
    </w:p>
  </w:footnote>
  <w:footnote w:type="continuationSeparator" w:id="0">
    <w:p w14:paraId="61EFB316" w14:textId="77777777" w:rsidR="0048248F" w:rsidRDefault="00482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6622026">
    <w:abstractNumId w:val="8"/>
  </w:num>
  <w:num w:numId="2" w16cid:durableId="1322275727">
    <w:abstractNumId w:val="6"/>
  </w:num>
  <w:num w:numId="3" w16cid:durableId="1825661327">
    <w:abstractNumId w:val="5"/>
  </w:num>
  <w:num w:numId="4" w16cid:durableId="1324777451">
    <w:abstractNumId w:val="4"/>
  </w:num>
  <w:num w:numId="5" w16cid:durableId="1568608583">
    <w:abstractNumId w:val="7"/>
  </w:num>
  <w:num w:numId="6" w16cid:durableId="886455994">
    <w:abstractNumId w:val="3"/>
  </w:num>
  <w:num w:numId="7" w16cid:durableId="336924997">
    <w:abstractNumId w:val="2"/>
  </w:num>
  <w:num w:numId="8" w16cid:durableId="30765436">
    <w:abstractNumId w:val="1"/>
  </w:num>
  <w:num w:numId="9" w16cid:durableId="38719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2D62"/>
    <w:rsid w:val="0029639D"/>
    <w:rsid w:val="00326F90"/>
    <w:rsid w:val="0048248F"/>
    <w:rsid w:val="00A554D1"/>
    <w:rsid w:val="00AA1D8D"/>
    <w:rsid w:val="00B47730"/>
    <w:rsid w:val="00CB0664"/>
    <w:rsid w:val="00F43B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257FDE"/>
  <w14:defaultImageDpi w14:val="300"/>
  <w15:docId w15:val="{F51CDE97-5EC4-406E-B911-506483B9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iskazivanje redoslijeda preferencija mentora - diplomski studij Slikarstvo</dc:title>
  <dc:subject>Prijava na sveučilišni diplomski studij Slikarstvo</dc:subject>
  <dc:creator>Akademija likovnih umjetnosti Sveučilišta u Zagrebu</dc:creator>
  <cp:keywords/>
  <dc:description>generated by python-docx</dc:description>
  <cp:lastModifiedBy>Martina Romih Rudman</cp:lastModifiedBy>
  <cp:revision>2</cp:revision>
  <dcterms:created xsi:type="dcterms:W3CDTF">2026-09-02T11:19:00Z</dcterms:created>
  <dcterms:modified xsi:type="dcterms:W3CDTF">2026-09-02T11:19:00Z</dcterms:modified>
  <cp:category/>
</cp:coreProperties>
</file>